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56E72" w14:textId="77777777" w:rsidR="0028267C" w:rsidRPr="007D2BBC" w:rsidRDefault="0028267C" w:rsidP="0028267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D2BBC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โครงการปฏิบัติงานนอกเวลาราชการของหน่วยบริการสาธารณสุข</w:t>
      </w:r>
    </w:p>
    <w:p w14:paraId="7E0AF8E1" w14:textId="77777777" w:rsidR="0028267C" w:rsidRPr="007D2BBC" w:rsidRDefault="0028267C" w:rsidP="0028267C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D2BBC">
        <w:rPr>
          <w:rFonts w:ascii="TH SarabunIT๙" w:hAnsi="TH SarabunIT๙" w:cs="TH SarabunIT๙"/>
          <w:b/>
          <w:bCs/>
          <w:sz w:val="32"/>
          <w:szCs w:val="32"/>
          <w:cs/>
        </w:rPr>
        <w:t>เพื่อให้บริการด้านการรักษาพยาบาลและงานสาธารณสุขแก่ประชาชน</w:t>
      </w:r>
      <w:r w:rsidRPr="007D2BBC">
        <w:rPr>
          <w:rFonts w:ascii="TH SarabunIT๙" w:hAnsi="TH SarabunIT๙" w:cs="TH SarabunIT๙"/>
          <w:b/>
          <w:bCs/>
          <w:sz w:val="32"/>
          <w:szCs w:val="32"/>
        </w:rPr>
        <w:br/>
      </w:r>
      <w:r w:rsidRPr="007D2B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ประจำปีงบประมาณ พ.ศ. </w:t>
      </w:r>
      <w:r w:rsidRPr="007D2BBC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24BEE631" w14:textId="77777777" w:rsidR="009F3615" w:rsidRPr="004370AC" w:rsidRDefault="009F3615" w:rsidP="009F3615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24"/>
          <w:lang w:bidi="th-TH"/>
        </w:rPr>
      </w:pPr>
    </w:p>
    <w:p w14:paraId="5B73E151" w14:textId="5F87AC4B" w:rsidR="004E2EF9" w:rsidRPr="004E2EF9" w:rsidRDefault="0035272E" w:rsidP="001165A0">
      <w:pPr>
        <w:spacing w:after="1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1</w:t>
      </w:r>
      <w:r w:rsidR="004E2EF9" w:rsidRPr="004E2EF9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. </w:t>
      </w:r>
      <w:r w:rsidR="004E2EF9" w:rsidRPr="004E2EF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หลักการและเหตุผล</w:t>
      </w:r>
    </w:p>
    <w:p w14:paraId="0230FE57" w14:textId="5A8847AD" w:rsidR="0028267C" w:rsidRPr="007D2BBC" w:rsidRDefault="0028267C" w:rsidP="0028267C">
      <w:pPr>
        <w:spacing w:after="0"/>
        <w:ind w:firstLine="720"/>
        <w:jc w:val="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5D226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7D2BBC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มีหน้าที่และอำนาจตามกฎหมายในการจัดระบบบริการสาธารณสุขและการรักษาพยาบาลขั้นพื้นฐานให้แก่ประชาชนในพื้นที่อย่างทั่วถึง มีคุณภาพ และต่อเนื่อง โดยครอบคลุมทั้งด้านการรักษาพยาบาล การส่งเสริมสุขภาพ การป้องกันและควบคุมโรค การฟื้นฟูสมรรถภาพ และการคุ้มครองผู้บริโภคด้านสาธารณสุข ซึ่งภารกิจดังกล่าวจำเป็นต้องดำเนินการอย่างต่อเนื่อง มิได้จำกัดเฉพาะในเวลาราชการเท่านั้น</w:t>
      </w:r>
    </w:p>
    <w:p w14:paraId="2C9A07A7" w14:textId="745381DA" w:rsidR="0028267C" w:rsidRPr="007D2BBC" w:rsidRDefault="0028267C" w:rsidP="0028267C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 w:rsidRPr="007D2BBC">
        <w:rPr>
          <w:rFonts w:ascii="TH SarabunIT๙" w:hAnsi="TH SarabunIT๙" w:cs="TH SarabunIT๙"/>
          <w:sz w:val="32"/>
          <w:szCs w:val="32"/>
          <w:cs/>
        </w:rPr>
        <w:t xml:space="preserve">หน่วยบริการสาธารณสุขในสังกัดองค์กรปกครองส่วนท้องถิ่นประกอบด้วยบุคลากรหลากหลายตำแหน่ง อาทิ นักวิชาการสาธารณสุข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D2BBC">
        <w:rPr>
          <w:rFonts w:ascii="TH SarabunIT๙" w:hAnsi="TH SarabunIT๙" w:cs="TH SarabunIT๙"/>
          <w:sz w:val="32"/>
          <w:szCs w:val="32"/>
          <w:cs/>
        </w:rPr>
        <w:t xml:space="preserve">พยาบาลวิชาชีพ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D2BBC">
        <w:rPr>
          <w:rFonts w:ascii="TH SarabunIT๙" w:hAnsi="TH SarabunIT๙" w:cs="TH SarabunIT๙"/>
          <w:sz w:val="32"/>
          <w:szCs w:val="32"/>
          <w:cs/>
        </w:rPr>
        <w:t xml:space="preserve">เจ้าพนักงานสาธารณสุข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นักสาธารณสุข  แพทย์แผนไทย  เจ้าพนักงานทันตสาธารณสุข เจ้าพนักงานเภสัชกรรม</w:t>
      </w:r>
      <w:r w:rsidR="001165A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D2BBC">
        <w:rPr>
          <w:rFonts w:ascii="TH SarabunIT๙" w:hAnsi="TH SarabunIT๙" w:cs="TH SarabunIT๙"/>
          <w:sz w:val="32"/>
          <w:szCs w:val="32"/>
          <w:cs/>
        </w:rPr>
        <w:t>และตำแหน่ง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อื่น</w:t>
      </w:r>
      <w:r w:rsidR="001165A0">
        <w:rPr>
          <w:rFonts w:ascii="TH SarabunIT๙" w:hAnsi="TH SarabunIT๙" w:cs="TH SarabunIT๙" w:hint="cs"/>
          <w:sz w:val="32"/>
          <w:szCs w:val="32"/>
          <w:cs/>
          <w:lang w:bidi="th-TH"/>
        </w:rPr>
        <w:t>ๆ</w:t>
      </w:r>
      <w:r w:rsidR="00CD2B2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ที่</w:t>
      </w:r>
      <w:r w:rsidRPr="007D2BBC">
        <w:rPr>
          <w:rFonts w:ascii="TH SarabunIT๙" w:hAnsi="TH SarabunIT๙" w:cs="TH SarabunIT๙"/>
          <w:sz w:val="32"/>
          <w:szCs w:val="32"/>
          <w:cs/>
        </w:rPr>
        <w:t>สนับสนุน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การปฏิบัติงาน</w:t>
      </w:r>
      <w:r w:rsidRPr="007D2BBC">
        <w:rPr>
          <w:rFonts w:ascii="TH SarabunIT๙" w:hAnsi="TH SarabunIT๙" w:cs="TH SarabunIT๙"/>
          <w:sz w:val="32"/>
          <w:szCs w:val="32"/>
          <w:cs/>
        </w:rPr>
        <w:t>ด้านการแพทย์และสาธารณสุข ซึ่งแต่ละตำแหน่งมีหน้าที่ความรับผิดชอบตามมาตรฐานกำหนดตำแหน่งขององค์กรปกครองส่วนท้องถิ่น โดยต้องปฏิบัติงานที่มีลักษณะเกี่ยวข้องสัมพันธ์กันเป็นระบบ และต้องใช้ความรู้ ความชำนาญ และการตัดสินใจในเชิงวิชาชีพเพื่อให้การบริการแก่ประชาชนเป็นไปอย่างมีประสิทธิภาพ</w:t>
      </w:r>
    </w:p>
    <w:p w14:paraId="2C24666A" w14:textId="3F5675F2" w:rsidR="0028267C" w:rsidRPr="007D2BBC" w:rsidRDefault="0028267C" w:rsidP="0028267C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 w:rsidRPr="007D2BBC">
        <w:rPr>
          <w:rFonts w:ascii="TH SarabunIT๙" w:hAnsi="TH SarabunIT๙" w:cs="TH SarabunIT๙"/>
          <w:sz w:val="32"/>
          <w:szCs w:val="32"/>
          <w:cs/>
        </w:rPr>
        <w:t>จากสภาพปัญหาและความจำเป็นด้านสุขภาพของประชาชนในพื้นที่ ซึ่งอาจเกิดขึ้นนอกเวลาราชการและในวันหยุดราชการ เช่น การเจ็บป่วยฉุกเฉิน การติดตามเฝ้าระวังโรค การให้คำปรึกษาด้านสุขภาพ และการให้บริการรักษาพยาบาลเบื้องต้น หากหน่วยบริการสาธารณสุขไม่สามารถให้บริการได้อย่างต่อเนื่อง อาจส่งผลกระทบต่อความปลอดภัยและคุณภาพชีวิตของประชาชน</w:t>
      </w:r>
    </w:p>
    <w:p w14:paraId="42139C1F" w14:textId="5B1D990C" w:rsidR="004E2EF9" w:rsidRDefault="0028267C" w:rsidP="001165A0">
      <w:pPr>
        <w:spacing w:after="120"/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r w:rsidRPr="007D2BBC">
        <w:rPr>
          <w:rFonts w:ascii="TH SarabunIT๙" w:hAnsi="TH SarabunIT๙" w:cs="TH SarabunIT๙"/>
          <w:sz w:val="32"/>
          <w:szCs w:val="32"/>
          <w:cs/>
        </w:rPr>
        <w:t>ดังนั้น เพื่อให้การจัดบริการสาธารณสุขขององค์กรปกครองส่วนท้องถิ่นเป็นไปอย่างเป็นระบบ สอดคล้องกับมาตรฐานตำแหน่ง ภารกิจหน้าที่ และนโยบายด้านสาธารณสุข จึงมีความจำเป็นต้องจัดทำโครงการปฏิบัติงานนอกเวลาราชการของหน่วยบริการสาธารณสุขในภาพรวม โดยบูรณาการการปฏิบัติงานของทุกตำแหน่งในหน่วย</w:t>
      </w:r>
      <w:r w:rsidR="00FB3F1A">
        <w:rPr>
          <w:rFonts w:ascii="TH SarabunIT๙" w:hAnsi="TH SarabunIT๙" w:cs="TH SarabunIT๙" w:hint="cs"/>
          <w:sz w:val="32"/>
          <w:szCs w:val="32"/>
          <w:cs/>
          <w:lang w:bidi="th-TH"/>
        </w:rPr>
        <w:t>บริการสาธารณสุข</w:t>
      </w:r>
      <w:r w:rsidR="005D226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4E2EF9" w:rsidRPr="004E2EF9">
        <w:rPr>
          <w:rFonts w:ascii="TH SarabunIT๙" w:hAnsi="TH SarabunIT๙" w:cs="TH SarabunIT๙"/>
          <w:sz w:val="32"/>
          <w:szCs w:val="32"/>
          <w:cs/>
          <w:lang w:bidi="th-TH"/>
        </w:rPr>
        <w:t>เนื่องจากประชาชนมีความจำเป็นต้องเข้ารับบริการด้านการรักษาพยาบาลและสาธารณสุขนอกเวลาราชการ รวมถึงในวันหยุดราชการ เพื่อให้เกิดความต่อเนื่องในการให้บริการ ลดความแออัดของสถานพยาบาลในเวลาราชการ และเพิ่มโอกาสในการเข้าถึงบริการสาธารณสุขของประชาชน จึงมีความจำเป็นต้องจัดทำโครงการปฏิบัติงานนอกเวลาราชการขึ้</w:t>
      </w:r>
      <w:r w:rsidR="004E2EF9" w:rsidRPr="002E402E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น </w:t>
      </w:r>
      <w:r w:rsidR="00CD2B26" w:rsidRPr="002E402E">
        <w:rPr>
          <w:rFonts w:ascii="TH SarabunIT๙" w:hAnsi="TH SarabunIT๙" w:cs="TH SarabunIT๙" w:hint="cs"/>
          <w:sz w:val="32"/>
          <w:szCs w:val="32"/>
          <w:cs/>
          <w:lang w:bidi="th-TH"/>
        </w:rPr>
        <w:t>เพื่อให้บริการด้านการรักษาพยาบาลและงานสาธารณสุขแก่ประชาชน</w:t>
      </w:r>
    </w:p>
    <w:p w14:paraId="465C12B3" w14:textId="08A2234D" w:rsidR="004E2EF9" w:rsidRPr="004E2EF9" w:rsidRDefault="0035272E" w:rsidP="001165A0">
      <w:pPr>
        <w:spacing w:after="1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2</w:t>
      </w:r>
      <w:r w:rsidR="004E2EF9" w:rsidRPr="004E2EF9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. </w:t>
      </w:r>
      <w:r w:rsidR="004E2EF9" w:rsidRPr="004E2EF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วัตถุประสงค์</w:t>
      </w:r>
    </w:p>
    <w:p w14:paraId="09AAA087" w14:textId="6697FC5B" w:rsidR="005D226A" w:rsidRDefault="001165A0" w:rsidP="001165A0">
      <w:pPr>
        <w:spacing w:after="0"/>
        <w:ind w:left="72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1. </w:t>
      </w:r>
      <w:r w:rsidR="004E2EF9" w:rsidRPr="004E2EF9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เพื่อให้ประชาชนในพื้นที่สามารถเข้าถึงบริการด้านการรักษาพยาบาลและงานสาธารณสุขนอกเวล</w:t>
      </w:r>
      <w:r w:rsidRPr="004E2EF9">
        <w:rPr>
          <w:rFonts w:ascii="TH SarabunIT๙" w:hAnsi="TH SarabunIT๙" w:cs="TH SarabunIT๙"/>
          <w:sz w:val="32"/>
          <w:szCs w:val="32"/>
          <w:cs/>
          <w:lang w:bidi="th-TH"/>
        </w:rPr>
        <w:t>า</w:t>
      </w:r>
    </w:p>
    <w:p w14:paraId="344874F5" w14:textId="5ABBA3E8" w:rsidR="004370AC" w:rsidRDefault="004E2EF9" w:rsidP="001165A0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4E2EF9">
        <w:rPr>
          <w:rFonts w:ascii="TH SarabunIT๙" w:hAnsi="TH SarabunIT๙" w:cs="TH SarabunIT๙"/>
          <w:sz w:val="32"/>
          <w:szCs w:val="32"/>
          <w:cs/>
          <w:lang w:bidi="th-TH"/>
        </w:rPr>
        <w:t>ราชการและวันหยุดราชการอย่างต่อเนื่อง</w:t>
      </w:r>
    </w:p>
    <w:p w14:paraId="25F33BD5" w14:textId="7B95C11C" w:rsidR="001165A0" w:rsidRDefault="001165A0" w:rsidP="001165A0">
      <w:pPr>
        <w:spacing w:after="0"/>
        <w:ind w:left="720"/>
        <w:jc w:val="right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>/…2.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A108D7" w:rsidRPr="007D2BBC">
        <w:rPr>
          <w:rFonts w:ascii="TH SarabunIT๙" w:hAnsi="TH SarabunIT๙" w:cs="TH SarabunIT๙"/>
          <w:sz w:val="32"/>
          <w:szCs w:val="32"/>
          <w:cs/>
        </w:rPr>
        <w:t>เพื่อบูรณาการ</w:t>
      </w:r>
    </w:p>
    <w:p w14:paraId="7F2B4789" w14:textId="3B1E5BD0" w:rsidR="001165A0" w:rsidRPr="004E2EF9" w:rsidRDefault="001165A0" w:rsidP="00A108D7">
      <w:pPr>
        <w:spacing w:after="0"/>
        <w:ind w:left="72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lastRenderedPageBreak/>
        <w:t>-2-</w:t>
      </w:r>
    </w:p>
    <w:p w14:paraId="4CEE5C09" w14:textId="77777777" w:rsidR="00A108D7" w:rsidRDefault="001165A0" w:rsidP="00A108D7">
      <w:pPr>
        <w:spacing w:after="0" w:line="259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>2.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A108D7" w:rsidRPr="007D2BBC">
        <w:rPr>
          <w:rFonts w:ascii="TH SarabunIT๙" w:hAnsi="TH SarabunIT๙" w:cs="TH SarabunIT๙"/>
          <w:sz w:val="32"/>
          <w:szCs w:val="32"/>
          <w:cs/>
        </w:rPr>
        <w:t>เพื่อบูรณาการการปฏิบัติงานของบุคลากรทุกตำแหน่งในหน่วยบริการสาธารณสุข ให้เป็นไปตาม</w:t>
      </w:r>
    </w:p>
    <w:p w14:paraId="70E4C854" w14:textId="2CE449C2" w:rsidR="00A108D7" w:rsidRPr="007D2BBC" w:rsidRDefault="00A108D7" w:rsidP="00A108D7">
      <w:pPr>
        <w:spacing w:after="0" w:line="259" w:lineRule="auto"/>
        <w:rPr>
          <w:rFonts w:ascii="TH SarabunIT๙" w:hAnsi="TH SarabunIT๙" w:cs="TH SarabunIT๙"/>
          <w:sz w:val="32"/>
          <w:szCs w:val="32"/>
        </w:rPr>
      </w:pPr>
      <w:r w:rsidRPr="007D2BBC">
        <w:rPr>
          <w:rFonts w:ascii="TH SarabunIT๙" w:hAnsi="TH SarabunIT๙" w:cs="TH SarabunIT๙"/>
          <w:sz w:val="32"/>
          <w:szCs w:val="32"/>
          <w:cs/>
        </w:rPr>
        <w:t>มาตรฐานตำแหน่งและภารกิจหน้าที่</w:t>
      </w:r>
    </w:p>
    <w:p w14:paraId="67EBD394" w14:textId="13E63F78" w:rsidR="001165A0" w:rsidRDefault="001165A0" w:rsidP="00A108D7">
      <w:pPr>
        <w:spacing w:after="0"/>
        <w:ind w:left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3. </w:t>
      </w:r>
      <w:r w:rsidR="004E2EF9" w:rsidRPr="004E2EF9">
        <w:rPr>
          <w:rFonts w:ascii="TH SarabunIT๙" w:hAnsi="TH SarabunIT๙" w:cs="TH SarabunIT๙"/>
          <w:sz w:val="32"/>
          <w:szCs w:val="32"/>
          <w:cs/>
          <w:lang w:bidi="th-TH"/>
        </w:rPr>
        <w:t>เพื่อเพิ่มประสิทธิภาพการให้บริการ ลดความแออัด และลดความเสี่ยงจากการเจ็บป่วยหรือภาว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</w:p>
    <w:p w14:paraId="05DE0861" w14:textId="5D20D38B" w:rsidR="004E2EF9" w:rsidRPr="004E2EF9" w:rsidRDefault="004E2EF9" w:rsidP="001165A0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4E2EF9">
        <w:rPr>
          <w:rFonts w:ascii="TH SarabunIT๙" w:hAnsi="TH SarabunIT๙" w:cs="TH SarabunIT๙"/>
          <w:sz w:val="32"/>
          <w:szCs w:val="32"/>
          <w:cs/>
          <w:lang w:bidi="th-TH"/>
        </w:rPr>
        <w:t>ฉุกเฉินด้านสาธารณสุข</w:t>
      </w:r>
    </w:p>
    <w:p w14:paraId="429F9BF8" w14:textId="77777777" w:rsidR="00A108D7" w:rsidRDefault="001165A0" w:rsidP="00A108D7">
      <w:pPr>
        <w:spacing w:after="0" w:line="259" w:lineRule="auto"/>
        <w:ind w:left="720"/>
        <w:jc w:val="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4. </w:t>
      </w:r>
      <w:r w:rsidR="00A108D7" w:rsidRPr="007D2BBC">
        <w:rPr>
          <w:rFonts w:ascii="TH SarabunIT๙" w:hAnsi="TH SarabunIT๙" w:cs="TH SarabunIT๙"/>
          <w:sz w:val="32"/>
          <w:szCs w:val="32"/>
          <w:cs/>
        </w:rPr>
        <w:t>เพื่อยกระดับคุณภาพการจัดบริการสาธารณสุขขององค์กรปกครองส่วนท้องถิ่นให้มีความต่อเนื่อง เป็น</w:t>
      </w:r>
    </w:p>
    <w:p w14:paraId="31F431C1" w14:textId="44210A94" w:rsidR="004E2EF9" w:rsidRPr="00A108D7" w:rsidRDefault="00A108D7" w:rsidP="00A108D7">
      <w:pPr>
        <w:spacing w:after="160" w:line="259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7D2BBC">
        <w:rPr>
          <w:rFonts w:ascii="TH SarabunIT๙" w:hAnsi="TH SarabunIT๙" w:cs="TH SarabunIT๙"/>
          <w:sz w:val="32"/>
          <w:szCs w:val="32"/>
          <w:cs/>
        </w:rPr>
        <w:t>ระบบ และสอดคล้องกับหลักธรรมาภิบาล</w:t>
      </w:r>
    </w:p>
    <w:p w14:paraId="3B2CD1B9" w14:textId="25B11F58" w:rsidR="004E2EF9" w:rsidRPr="004E2EF9" w:rsidRDefault="0035272E" w:rsidP="001165A0">
      <w:pPr>
        <w:spacing w:before="120" w:after="1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3</w:t>
      </w:r>
      <w:r w:rsidR="004E2EF9" w:rsidRPr="004E2EF9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. </w:t>
      </w:r>
      <w:r w:rsidR="004E2EF9" w:rsidRPr="004E2EF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เป้าหมาย</w:t>
      </w:r>
    </w:p>
    <w:p w14:paraId="4176779E" w14:textId="77777777" w:rsidR="004E2EF9" w:rsidRPr="004E2EF9" w:rsidRDefault="004E2EF9" w:rsidP="006E0A09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4E2EF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เชิงปริมาณ</w:t>
      </w:r>
    </w:p>
    <w:p w14:paraId="2448BA00" w14:textId="77777777" w:rsidR="001165A0" w:rsidRDefault="001165A0" w:rsidP="001165A0">
      <w:pPr>
        <w:spacing w:after="0"/>
        <w:ind w:left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- </w:t>
      </w:r>
      <w:r w:rsidR="004E2EF9" w:rsidRPr="004E2EF9">
        <w:rPr>
          <w:rFonts w:ascii="TH SarabunIT๙" w:hAnsi="TH SarabunIT๙" w:cs="TH SarabunIT๙"/>
          <w:sz w:val="32"/>
          <w:szCs w:val="32"/>
          <w:cs/>
          <w:lang w:bidi="th-TH"/>
        </w:rPr>
        <w:t>ประชาชนในพื้นที่ที่เข้ารับบริการด้านการรักษาพยาบาลและงานสาธารณสุขนอกเวลาราชการและ</w:t>
      </w:r>
    </w:p>
    <w:p w14:paraId="78D7CAED" w14:textId="0F860A60" w:rsidR="004E2EF9" w:rsidRPr="004E2EF9" w:rsidRDefault="004E2EF9" w:rsidP="001165A0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E2EF9">
        <w:rPr>
          <w:rFonts w:ascii="TH SarabunIT๙" w:hAnsi="TH SarabunIT๙" w:cs="TH SarabunIT๙"/>
          <w:sz w:val="32"/>
          <w:szCs w:val="32"/>
          <w:cs/>
          <w:lang w:bidi="th-TH"/>
        </w:rPr>
        <w:t>วันหยุดราชการตลอดปีงบประมาณ</w:t>
      </w:r>
    </w:p>
    <w:p w14:paraId="0990E0D5" w14:textId="77777777" w:rsidR="004E2EF9" w:rsidRPr="004E2EF9" w:rsidRDefault="004E2EF9" w:rsidP="006E0A09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4E2EF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เชิงคุณภาพ</w:t>
      </w:r>
    </w:p>
    <w:p w14:paraId="4A3AD722" w14:textId="77777777" w:rsidR="001165A0" w:rsidRDefault="001165A0" w:rsidP="001165A0">
      <w:pPr>
        <w:spacing w:after="0"/>
        <w:ind w:left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- </w:t>
      </w:r>
      <w:r w:rsidR="004E2EF9" w:rsidRPr="004E2EF9">
        <w:rPr>
          <w:rFonts w:ascii="TH SarabunIT๙" w:hAnsi="TH SarabunIT๙" w:cs="TH SarabunIT๙"/>
          <w:sz w:val="32"/>
          <w:szCs w:val="32"/>
          <w:cs/>
          <w:lang w:bidi="th-TH"/>
        </w:rPr>
        <w:t>ประชาชนได้รับบริการด้านสาธารณสุขที่มีคุณภาพ รวดเร็ว ถูกต้องตามหลักวิชาการ และเกิดความพึง</w:t>
      </w:r>
    </w:p>
    <w:p w14:paraId="160E133D" w14:textId="15146386" w:rsidR="004E2EF9" w:rsidRPr="004E2EF9" w:rsidRDefault="004E2EF9" w:rsidP="001165A0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E2EF9">
        <w:rPr>
          <w:rFonts w:ascii="TH SarabunIT๙" w:hAnsi="TH SarabunIT๙" w:cs="TH SarabunIT๙"/>
          <w:sz w:val="32"/>
          <w:szCs w:val="32"/>
          <w:cs/>
          <w:lang w:bidi="th-TH"/>
        </w:rPr>
        <w:t>พอใจต่อการให้บริการ</w:t>
      </w:r>
    </w:p>
    <w:p w14:paraId="132ED816" w14:textId="4DA0B63C" w:rsidR="004E2EF9" w:rsidRPr="004E2EF9" w:rsidRDefault="0035272E" w:rsidP="001165A0">
      <w:pPr>
        <w:spacing w:before="120" w:after="1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4</w:t>
      </w:r>
      <w:r w:rsidR="004E2EF9" w:rsidRPr="004E2EF9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. </w:t>
      </w:r>
      <w:r w:rsidR="004E2EF9" w:rsidRPr="004E2EF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สถานที่ดำเนินการ</w:t>
      </w:r>
    </w:p>
    <w:p w14:paraId="07248509" w14:textId="03A63C56" w:rsidR="004E2EF9" w:rsidRPr="001165A0" w:rsidRDefault="004E2EF9" w:rsidP="006E0A09">
      <w:pPr>
        <w:spacing w:after="0"/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1165A0">
        <w:rPr>
          <w:rFonts w:ascii="TH SarabunIT๙" w:hAnsi="TH SarabunIT๙" w:cs="TH SarabunIT๙" w:hint="cs"/>
          <w:sz w:val="32"/>
          <w:szCs w:val="32"/>
          <w:cs/>
          <w:lang w:bidi="th-TH"/>
        </w:rPr>
        <w:t>โรงพยาบาลส่งเสริมสุขภาพตำบลบ้าน</w:t>
      </w:r>
      <w:r w:rsidR="001165A0">
        <w:rPr>
          <w:rFonts w:ascii="TH SarabunIT๙" w:hAnsi="TH SarabunIT๙" w:cs="TH SarabunIT๙" w:hint="cs"/>
          <w:sz w:val="32"/>
          <w:szCs w:val="32"/>
          <w:cs/>
          <w:lang w:bidi="th-TH"/>
        </w:rPr>
        <w:t>ขะยูง  ตำบล</w:t>
      </w:r>
      <w:proofErr w:type="spellStart"/>
      <w:r w:rsidR="001165A0">
        <w:rPr>
          <w:rFonts w:ascii="TH SarabunIT๙" w:hAnsi="TH SarabunIT๙" w:cs="TH SarabunIT๙" w:hint="cs"/>
          <w:sz w:val="32"/>
          <w:szCs w:val="32"/>
          <w:cs/>
          <w:lang w:bidi="th-TH"/>
        </w:rPr>
        <w:t>ขะ</w:t>
      </w:r>
      <w:proofErr w:type="spellEnd"/>
      <w:r w:rsidR="001165A0">
        <w:rPr>
          <w:rFonts w:ascii="TH SarabunIT๙" w:hAnsi="TH SarabunIT๙" w:cs="TH SarabunIT๙" w:hint="cs"/>
          <w:sz w:val="32"/>
          <w:szCs w:val="32"/>
          <w:cs/>
          <w:lang w:bidi="th-TH"/>
        </w:rPr>
        <w:t>ยูง อำเภออุทุมพรพิสัย  จังหวัดศรีสะเกษ</w:t>
      </w:r>
    </w:p>
    <w:p w14:paraId="4FFAD04D" w14:textId="12494E60" w:rsidR="004E2EF9" w:rsidRPr="004E2EF9" w:rsidRDefault="0035272E" w:rsidP="001A5BBE">
      <w:pPr>
        <w:spacing w:before="120" w:after="1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5</w:t>
      </w:r>
      <w:r w:rsidR="004E2EF9" w:rsidRPr="004E2EF9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. </w:t>
      </w:r>
      <w:r w:rsidR="004E2EF9" w:rsidRPr="004E2EF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วิธีดำเนินการ</w:t>
      </w:r>
    </w:p>
    <w:p w14:paraId="641605A5" w14:textId="51C99A26" w:rsidR="004E2EF9" w:rsidRPr="004E2EF9" w:rsidRDefault="004C1471" w:rsidP="004C1471">
      <w:pPr>
        <w:spacing w:after="0"/>
        <w:ind w:left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>1.</w:t>
      </w:r>
      <w:r w:rsidR="00C2757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4E2EF9" w:rsidRPr="004E2EF9">
        <w:rPr>
          <w:rFonts w:ascii="TH SarabunIT๙" w:hAnsi="TH SarabunIT๙" w:cs="TH SarabunIT๙"/>
          <w:sz w:val="32"/>
          <w:szCs w:val="32"/>
          <w:cs/>
          <w:lang w:bidi="th-TH"/>
        </w:rPr>
        <w:t>จัดตารางปฏิบัติงานนอกเวลาราชการ</w:t>
      </w:r>
      <w:r w:rsidRPr="004E2EF9">
        <w:rPr>
          <w:rFonts w:ascii="TH SarabunIT๙" w:hAnsi="TH SarabunIT๙" w:cs="TH SarabunIT๙"/>
          <w:sz w:val="32"/>
          <w:szCs w:val="32"/>
          <w:cs/>
          <w:lang w:bidi="th-TH"/>
        </w:rPr>
        <w:t>และวันหยุดราชการ</w:t>
      </w:r>
    </w:p>
    <w:p w14:paraId="3BE36575" w14:textId="3C09B2A1" w:rsidR="004E2EF9" w:rsidRPr="00C2757A" w:rsidRDefault="00C2757A" w:rsidP="00C2757A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- </w:t>
      </w:r>
      <w:r w:rsidR="004E2EF9" w:rsidRPr="00C2757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วันทำการ เวลา </w:t>
      </w:r>
      <w:r w:rsidR="004E2EF9" w:rsidRPr="00C2757A">
        <w:rPr>
          <w:rFonts w:ascii="TH SarabunIT๙" w:hAnsi="TH SarabunIT๙" w:cs="TH SarabunIT๙"/>
          <w:sz w:val="32"/>
          <w:szCs w:val="32"/>
          <w:lang w:bidi="th-TH"/>
        </w:rPr>
        <w:t xml:space="preserve">16.31 – 20.30 </w:t>
      </w:r>
      <w:r w:rsidR="004E2EF9" w:rsidRPr="00C2757A">
        <w:rPr>
          <w:rFonts w:ascii="TH SarabunIT๙" w:hAnsi="TH SarabunIT๙" w:cs="TH SarabunIT๙"/>
          <w:sz w:val="32"/>
          <w:szCs w:val="32"/>
          <w:cs/>
          <w:lang w:bidi="th-TH"/>
        </w:rPr>
        <w:t>น.</w:t>
      </w:r>
      <w:r w:rsidR="004E2EF9" w:rsidRPr="00C2757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(เวรบ่าย)</w:t>
      </w:r>
    </w:p>
    <w:p w14:paraId="6666F020" w14:textId="64E15893" w:rsidR="00C2757A" w:rsidRPr="00C2757A" w:rsidRDefault="00C2757A" w:rsidP="00C2757A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- </w:t>
      </w:r>
      <w:r w:rsidR="004E2EF9" w:rsidRPr="00C2757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วันหยุดราชการ เวลา </w:t>
      </w:r>
      <w:r w:rsidR="004E2EF9" w:rsidRPr="00C2757A">
        <w:rPr>
          <w:rFonts w:ascii="TH SarabunIT๙" w:hAnsi="TH SarabunIT๙" w:cs="TH SarabunIT๙"/>
          <w:sz w:val="32"/>
          <w:szCs w:val="32"/>
          <w:lang w:bidi="th-TH"/>
        </w:rPr>
        <w:t xml:space="preserve">08.30 – 16.30 </w:t>
      </w:r>
      <w:r w:rsidR="004E2EF9" w:rsidRPr="00C2757A">
        <w:rPr>
          <w:rFonts w:ascii="TH SarabunIT๙" w:hAnsi="TH SarabunIT๙" w:cs="TH SarabunIT๙"/>
          <w:sz w:val="32"/>
          <w:szCs w:val="32"/>
          <w:cs/>
          <w:lang w:bidi="th-TH"/>
        </w:rPr>
        <w:t>น.</w:t>
      </w:r>
    </w:p>
    <w:p w14:paraId="1DB7FD2B" w14:textId="034A3B17" w:rsidR="004E2EF9" w:rsidRPr="00C2757A" w:rsidRDefault="00C2757A" w:rsidP="00C2757A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- </w:t>
      </w:r>
      <w:r w:rsidRPr="00C2757A">
        <w:rPr>
          <w:rFonts w:ascii="TH SarabunIT๙" w:hAnsi="TH SarabunIT๙" w:cs="TH SarabunIT๙"/>
          <w:sz w:val="32"/>
          <w:szCs w:val="32"/>
          <w:cs/>
        </w:rPr>
        <w:t>เวรรอให้บริการ(</w:t>
      </w:r>
      <w:r w:rsidRPr="00C2757A">
        <w:rPr>
          <w:rFonts w:ascii="TH SarabunIT๙" w:hAnsi="TH SarabunIT๙" w:cs="TH SarabunIT๙"/>
          <w:sz w:val="32"/>
          <w:szCs w:val="32"/>
        </w:rPr>
        <w:t xml:space="preserve">On Call) </w:t>
      </w:r>
      <w:r w:rsidRPr="00C2757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เวลา </w:t>
      </w:r>
      <w:r w:rsidRPr="00C2757A">
        <w:rPr>
          <w:rFonts w:ascii="TH SarabunIT๙" w:hAnsi="TH SarabunIT๙" w:cs="TH SarabunIT๙"/>
          <w:sz w:val="32"/>
          <w:szCs w:val="32"/>
          <w:lang w:bidi="th-TH"/>
        </w:rPr>
        <w:t xml:space="preserve">20.31 – 08.29 </w:t>
      </w:r>
      <w:r w:rsidRPr="00C2757A">
        <w:rPr>
          <w:rFonts w:ascii="TH SarabunIT๙" w:hAnsi="TH SarabunIT๙" w:cs="TH SarabunIT๙"/>
          <w:sz w:val="32"/>
          <w:szCs w:val="32"/>
          <w:cs/>
          <w:lang w:bidi="th-TH"/>
        </w:rPr>
        <w:t>น.</w:t>
      </w:r>
      <w:r w:rsidR="004E2EF9" w:rsidRPr="00C2757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C2757A">
        <w:rPr>
          <w:rFonts w:ascii="TH SarabunIT๙" w:hAnsi="TH SarabunIT๙" w:cs="TH SarabunIT๙" w:hint="cs"/>
          <w:sz w:val="32"/>
          <w:szCs w:val="32"/>
          <w:cs/>
          <w:lang w:bidi="th-TH"/>
        </w:rPr>
        <w:t>ของวันรุ่งขึ้น</w:t>
      </w:r>
    </w:p>
    <w:p w14:paraId="256A2C33" w14:textId="77777777" w:rsidR="00C2757A" w:rsidRDefault="00C2757A" w:rsidP="00C2757A">
      <w:pPr>
        <w:spacing w:after="0"/>
        <w:ind w:left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2. </w:t>
      </w:r>
      <w:r w:rsidR="004E2EF9" w:rsidRPr="004E2EF9">
        <w:rPr>
          <w:rFonts w:ascii="TH SarabunIT๙" w:hAnsi="TH SarabunIT๙" w:cs="TH SarabunIT๙"/>
          <w:sz w:val="32"/>
          <w:szCs w:val="32"/>
          <w:cs/>
          <w:lang w:bidi="th-TH"/>
        </w:rPr>
        <w:t>ให้บริการด้านการรักษาพยาบาล งานส่งเสริมสุขภาพ ป้องกันโรค ควบคุมโรค และการให้คำปรึกษา</w:t>
      </w:r>
    </w:p>
    <w:p w14:paraId="36780EEC" w14:textId="33CEF3C2" w:rsidR="004E2EF9" w:rsidRPr="004E2EF9" w:rsidRDefault="004E2EF9" w:rsidP="00C2757A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E2EF9">
        <w:rPr>
          <w:rFonts w:ascii="TH SarabunIT๙" w:hAnsi="TH SarabunIT๙" w:cs="TH SarabunIT๙"/>
          <w:sz w:val="32"/>
          <w:szCs w:val="32"/>
          <w:cs/>
          <w:lang w:bidi="th-TH"/>
        </w:rPr>
        <w:t>ด้านสาธารณสุขแก่ประชาชน</w:t>
      </w:r>
    </w:p>
    <w:p w14:paraId="36E14555" w14:textId="752E6861" w:rsidR="004E2EF9" w:rsidRPr="004E2EF9" w:rsidRDefault="00C2757A" w:rsidP="00C2757A">
      <w:pPr>
        <w:spacing w:after="0"/>
        <w:ind w:left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>3.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4E2EF9" w:rsidRPr="004E2EF9">
        <w:rPr>
          <w:rFonts w:ascii="TH SarabunIT๙" w:hAnsi="TH SarabunIT๙" w:cs="TH SarabunIT๙"/>
          <w:sz w:val="32"/>
          <w:szCs w:val="32"/>
          <w:cs/>
          <w:lang w:bidi="th-TH"/>
        </w:rPr>
        <w:t>ปฏิบัติงานเฝ้าระวังภาวะฉุกเฉินด้านสาธารณสุข และประสานหน่วยงานที่เกี่ยวข้องกรณีจำเป็น</w:t>
      </w:r>
    </w:p>
    <w:p w14:paraId="7B2DA04C" w14:textId="1BA39E84" w:rsidR="004E2EF9" w:rsidRPr="004E2EF9" w:rsidRDefault="00C2757A" w:rsidP="00C2757A">
      <w:pPr>
        <w:spacing w:after="0"/>
        <w:ind w:left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4. </w:t>
      </w:r>
      <w:r w:rsidR="004E2EF9" w:rsidRPr="004E2EF9">
        <w:rPr>
          <w:rFonts w:ascii="TH SarabunIT๙" w:hAnsi="TH SarabunIT๙" w:cs="TH SarabunIT๙"/>
          <w:sz w:val="32"/>
          <w:szCs w:val="32"/>
          <w:cs/>
          <w:lang w:bidi="th-TH"/>
        </w:rPr>
        <w:t>บันทึกผลการปฏิบัติงาน รายงานผล และประเมินผลการดำเนินโครงการตามระยะเวลาที่กำหนด</w:t>
      </w:r>
    </w:p>
    <w:p w14:paraId="568D213E" w14:textId="25764913" w:rsidR="004E2EF9" w:rsidRPr="004E2EF9" w:rsidRDefault="0035272E" w:rsidP="00320716">
      <w:pPr>
        <w:spacing w:before="120" w:after="1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6</w:t>
      </w:r>
      <w:r w:rsidR="004E2EF9" w:rsidRPr="004E2EF9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. </w:t>
      </w:r>
      <w:r w:rsidR="004E2EF9" w:rsidRPr="004E2EF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ระยะเวลาดำเนินการ</w:t>
      </w:r>
    </w:p>
    <w:p w14:paraId="7F411DFD" w14:textId="63451A5F" w:rsidR="004E2EF9" w:rsidRDefault="004E2EF9" w:rsidP="006E0A09">
      <w:pPr>
        <w:spacing w:after="0"/>
        <w:ind w:left="720"/>
        <w:rPr>
          <w:rFonts w:ascii="TH SarabunIT๙" w:hAnsi="TH SarabunIT๙" w:cs="TH SarabunIT๙"/>
          <w:sz w:val="32"/>
          <w:szCs w:val="32"/>
          <w:lang w:bidi="th-TH"/>
        </w:rPr>
      </w:pPr>
      <w:r w:rsidRPr="004E2EF9">
        <w:rPr>
          <w:rFonts w:ascii="TH SarabunIT๙" w:hAnsi="TH SarabunIT๙" w:cs="TH SarabunIT๙"/>
          <w:sz w:val="32"/>
          <w:szCs w:val="32"/>
          <w:cs/>
          <w:lang w:bidi="th-TH"/>
        </w:rPr>
        <w:t>ตั้งแต่เดือน</w:t>
      </w:r>
      <w:r w:rsidR="00C2757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E2EF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ตุลาคม พ.ศ. </w:t>
      </w:r>
      <w:r w:rsidRPr="004E2EF9">
        <w:rPr>
          <w:rFonts w:ascii="TH SarabunIT๙" w:hAnsi="TH SarabunIT๙" w:cs="TH SarabunIT๙"/>
          <w:sz w:val="32"/>
          <w:szCs w:val="32"/>
          <w:lang w:bidi="th-TH"/>
        </w:rPr>
        <w:t xml:space="preserve">2568 </w:t>
      </w:r>
      <w:r w:rsidRPr="004E2EF9">
        <w:rPr>
          <w:rFonts w:ascii="TH SarabunIT๙" w:hAnsi="TH SarabunIT๙" w:cs="TH SarabunIT๙"/>
          <w:sz w:val="32"/>
          <w:szCs w:val="32"/>
          <w:cs/>
          <w:lang w:bidi="th-TH"/>
        </w:rPr>
        <w:t>ถึงเดือน</w:t>
      </w:r>
      <w:r w:rsidR="00C2757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E2EF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กันยายน พ.ศ. </w:t>
      </w:r>
      <w:r w:rsidRPr="004E2EF9">
        <w:rPr>
          <w:rFonts w:ascii="TH SarabunIT๙" w:hAnsi="TH SarabunIT๙" w:cs="TH SarabunIT๙"/>
          <w:sz w:val="32"/>
          <w:szCs w:val="32"/>
          <w:lang w:bidi="th-TH"/>
        </w:rPr>
        <w:t>2569</w:t>
      </w:r>
    </w:p>
    <w:p w14:paraId="6D118C52" w14:textId="6B8BF15E" w:rsidR="00C2757A" w:rsidRDefault="00C2757A" w:rsidP="006E0A09">
      <w:pPr>
        <w:spacing w:after="0"/>
        <w:ind w:left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72B7872D" w14:textId="77777777" w:rsidR="004370AC" w:rsidRDefault="004370AC" w:rsidP="006E0A09">
      <w:pPr>
        <w:spacing w:after="0"/>
        <w:ind w:left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7A3BC16B" w14:textId="0A6A88F7" w:rsidR="00320716" w:rsidRPr="004E2EF9" w:rsidRDefault="00320716" w:rsidP="00320716">
      <w:pPr>
        <w:spacing w:after="0"/>
        <w:jc w:val="right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/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7</w:t>
      </w:r>
      <w:r w:rsidRPr="004E2EF9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. </w:t>
      </w:r>
      <w:r w:rsidRPr="004E2EF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งบประมาณดำเนินการ</w:t>
      </w:r>
    </w:p>
    <w:p w14:paraId="2203F876" w14:textId="73112F23" w:rsidR="00C2757A" w:rsidRDefault="00320716" w:rsidP="00320716">
      <w:pPr>
        <w:spacing w:after="0"/>
        <w:ind w:left="72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-</w:t>
      </w:r>
      <w:r>
        <w:rPr>
          <w:rFonts w:ascii="TH SarabunIT๙" w:hAnsi="TH SarabunIT๙" w:cs="TH SarabunIT๙"/>
          <w:sz w:val="32"/>
          <w:szCs w:val="32"/>
          <w:lang w:bidi="th-TH"/>
        </w:rPr>
        <w:t>3-</w:t>
      </w:r>
    </w:p>
    <w:p w14:paraId="754A4F5E" w14:textId="77777777" w:rsidR="00320716" w:rsidRPr="004E2EF9" w:rsidRDefault="00320716" w:rsidP="00320716">
      <w:pPr>
        <w:spacing w:after="0"/>
        <w:ind w:left="72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289BCAE4" w14:textId="788ECB62" w:rsidR="004E2EF9" w:rsidRPr="004E2EF9" w:rsidRDefault="0035272E" w:rsidP="006E0A09">
      <w:pPr>
        <w:spacing w:after="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7</w:t>
      </w:r>
      <w:r w:rsidR="004E2EF9" w:rsidRPr="004E2EF9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. </w:t>
      </w:r>
      <w:r w:rsidR="004E2EF9" w:rsidRPr="004E2EF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งบประมาณดำเนินการ</w:t>
      </w:r>
    </w:p>
    <w:p w14:paraId="2AD5FE83" w14:textId="1CB67741" w:rsidR="004E2EF9" w:rsidRPr="0077140C" w:rsidRDefault="004E2EF9" w:rsidP="006E0A09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7140C">
        <w:rPr>
          <w:rFonts w:ascii="TH SarabunIT๙" w:hAnsi="TH SarabunIT๙" w:cs="TH SarabunIT๙"/>
          <w:sz w:val="32"/>
          <w:szCs w:val="32"/>
          <w:cs/>
          <w:lang w:bidi="th-TH"/>
        </w:rPr>
        <w:t>ใช้งบประมาณจากแผนใช้จ่ายเงิน</w:t>
      </w:r>
      <w:r w:rsidRPr="0077140C">
        <w:rPr>
          <w:rFonts w:ascii="TH SarabunIT๙" w:hAnsi="TH SarabunIT๙" w:cs="TH SarabunIT๙" w:hint="cs"/>
          <w:sz w:val="32"/>
          <w:szCs w:val="32"/>
          <w:cs/>
          <w:lang w:bidi="th-TH"/>
        </w:rPr>
        <w:t>บำรุงโรงพยาบาลและหน่วยบริการสาธารณสุข ของโรงพยาบาลส่งเสริมสุขภาพตำบล</w:t>
      </w:r>
      <w:r w:rsidR="0077140C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บ้านขะยูง หมวด</w:t>
      </w:r>
      <w:r w:rsidR="0077140C" w:rsidRPr="0077140C">
        <w:rPr>
          <w:rFonts w:ascii="TH SarabunIT๙" w:hAnsi="TH SarabunIT๙" w:cs="TH SarabunIT๙" w:hint="cs"/>
          <w:sz w:val="32"/>
          <w:szCs w:val="32"/>
          <w:cs/>
          <w:lang w:bidi="th-TH"/>
        </w:rPr>
        <w:t>ค่าตอบแทนการปฏิบัติงานนอกเวลาราชการ</w:t>
      </w:r>
      <w:r w:rsidR="0077140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7140C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ประจำปีงบประมาณ พ.ศ. </w:t>
      </w:r>
      <w:r w:rsidRPr="0077140C">
        <w:rPr>
          <w:rFonts w:ascii="TH SarabunIT๙" w:hAnsi="TH SarabunIT๙" w:cs="TH SarabunIT๙"/>
          <w:sz w:val="32"/>
          <w:szCs w:val="32"/>
          <w:lang w:bidi="th-TH"/>
        </w:rPr>
        <w:t>2569</w:t>
      </w:r>
    </w:p>
    <w:p w14:paraId="16D898C3" w14:textId="178CF978" w:rsidR="004E2EF9" w:rsidRPr="004E2EF9" w:rsidRDefault="0035272E" w:rsidP="0077140C">
      <w:pPr>
        <w:spacing w:before="120" w:after="1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8</w:t>
      </w:r>
      <w:r w:rsidR="004E2EF9" w:rsidRPr="004E2EF9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. </w:t>
      </w:r>
      <w:r w:rsidR="004E2EF9" w:rsidRPr="004E2EF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ผู้รับผิดชอบโครงการ</w:t>
      </w:r>
    </w:p>
    <w:p w14:paraId="752A6A36" w14:textId="61296605" w:rsidR="004E2EF9" w:rsidRPr="004E2EF9" w:rsidRDefault="0077140C" w:rsidP="0077140C">
      <w:pPr>
        <w:spacing w:before="120" w:after="120"/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1165A0">
        <w:rPr>
          <w:rFonts w:ascii="TH SarabunIT๙" w:hAnsi="TH SarabunIT๙" w:cs="TH SarabunIT๙" w:hint="cs"/>
          <w:sz w:val="32"/>
          <w:szCs w:val="32"/>
          <w:cs/>
          <w:lang w:bidi="th-TH"/>
        </w:rPr>
        <w:t>โรงพยาบาลส่งเสริมสุขภาพตำบลบ้าน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ขะยูง  </w:t>
      </w:r>
      <w:r w:rsidR="004E2EF9" w:rsidRPr="004E2EF9">
        <w:rPr>
          <w:rFonts w:ascii="TH SarabunIT๙" w:hAnsi="TH SarabunIT๙" w:cs="TH SarabunIT๙"/>
          <w:sz w:val="32"/>
          <w:szCs w:val="32"/>
          <w:lang w:bidi="th-TH"/>
        </w:rPr>
        <w:br/>
      </w:r>
      <w:r w:rsidR="0035272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9</w:t>
      </w:r>
      <w:r w:rsidR="004E2EF9" w:rsidRPr="004E2EF9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. </w:t>
      </w:r>
      <w:r w:rsidR="004E2EF9" w:rsidRPr="004E2EF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ผลที่คาดว่าจะได้รับ</w:t>
      </w:r>
    </w:p>
    <w:p w14:paraId="77399805" w14:textId="77777777" w:rsidR="004E2EF9" w:rsidRPr="004E2EF9" w:rsidRDefault="004E2EF9" w:rsidP="006E0A09">
      <w:pPr>
        <w:numPr>
          <w:ilvl w:val="0"/>
          <w:numId w:val="14"/>
        </w:num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4E2EF9">
        <w:rPr>
          <w:rFonts w:ascii="TH SarabunIT๙" w:hAnsi="TH SarabunIT๙" w:cs="TH SarabunIT๙"/>
          <w:sz w:val="32"/>
          <w:szCs w:val="32"/>
          <w:cs/>
          <w:lang w:bidi="th-TH"/>
        </w:rPr>
        <w:t>ประชาชนสามารถเข้าถึงบริการด้านการรักษาพยาบาลและงานสาธารณสุขนอกเวลาราชการได้อย่างทั่วถึง</w:t>
      </w:r>
    </w:p>
    <w:p w14:paraId="7789E223" w14:textId="77777777" w:rsidR="004E2EF9" w:rsidRPr="004E2EF9" w:rsidRDefault="004E2EF9" w:rsidP="006E0A09">
      <w:pPr>
        <w:numPr>
          <w:ilvl w:val="0"/>
          <w:numId w:val="14"/>
        </w:num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4E2EF9">
        <w:rPr>
          <w:rFonts w:ascii="TH SarabunIT๙" w:hAnsi="TH SarabunIT๙" w:cs="TH SarabunIT๙"/>
          <w:sz w:val="32"/>
          <w:szCs w:val="32"/>
          <w:cs/>
          <w:lang w:bidi="th-TH"/>
        </w:rPr>
        <w:t>การให้บริการสาธารณสุขขององค์กรปกครองส่วนท้องถิ่นมีความต่อเนื่อง มีประสิทธิภาพ และได้มาตรฐาน</w:t>
      </w:r>
    </w:p>
    <w:p w14:paraId="7FB54F53" w14:textId="77777777" w:rsidR="004E2EF9" w:rsidRPr="004E2EF9" w:rsidRDefault="004E2EF9" w:rsidP="006E0A09">
      <w:pPr>
        <w:numPr>
          <w:ilvl w:val="0"/>
          <w:numId w:val="14"/>
        </w:num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4E2EF9">
        <w:rPr>
          <w:rFonts w:ascii="TH SarabunIT๙" w:hAnsi="TH SarabunIT๙" w:cs="TH SarabunIT๙"/>
          <w:sz w:val="32"/>
          <w:szCs w:val="32"/>
          <w:cs/>
          <w:lang w:bidi="th-TH"/>
        </w:rPr>
        <w:t>ลดความเสี่ยงจากภาวะเจ็บป่วยและเหตุฉุกเฉินด้านสาธารณสุขของประชาชนในพื้นที่</w:t>
      </w:r>
    </w:p>
    <w:p w14:paraId="00BE5970" w14:textId="5B69040E" w:rsidR="005D226A" w:rsidRPr="00AE3C7A" w:rsidRDefault="004E2EF9" w:rsidP="006E0A09">
      <w:pPr>
        <w:numPr>
          <w:ilvl w:val="0"/>
          <w:numId w:val="14"/>
        </w:num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AE3C7A">
        <w:rPr>
          <w:rFonts w:ascii="TH SarabunIT๙" w:hAnsi="TH SarabunIT๙" w:cs="TH SarabunIT๙"/>
          <w:sz w:val="32"/>
          <w:szCs w:val="32"/>
          <w:cs/>
          <w:lang w:bidi="th-TH"/>
        </w:rPr>
        <w:t>สนับสนุนการปฏิบัติงานให้เป็นไปตามมาตรฐานตำแหน่งและภารกิจหน้าที่ของ</w:t>
      </w:r>
      <w:r w:rsidR="006B15AE" w:rsidRPr="00AE3C7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บุคคลากร   </w:t>
      </w:r>
    </w:p>
    <w:p w14:paraId="1009C949" w14:textId="77777777" w:rsidR="002E402E" w:rsidRDefault="002E402E" w:rsidP="006E0A09">
      <w:pPr>
        <w:spacing w:after="0"/>
        <w:ind w:left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0DEEF748" w14:textId="239135C9" w:rsidR="009537B6" w:rsidRPr="006B15AE" w:rsidRDefault="009537B6" w:rsidP="006E0A09">
      <w:pPr>
        <w:spacing w:after="0"/>
        <w:ind w:left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0613E63A" w14:textId="6730FB36" w:rsidR="009537B6" w:rsidRDefault="009537B6" w:rsidP="009537B6">
      <w:pPr>
        <w:spacing w:after="0"/>
        <w:ind w:left="72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(ลงชื่อ)                                 ผู้เขียนโครงการ</w:t>
      </w:r>
    </w:p>
    <w:p w14:paraId="4473FF0F" w14:textId="30CF206C" w:rsidR="009537B6" w:rsidRDefault="009537B6" w:rsidP="009537B6">
      <w:pPr>
        <w:spacing w:after="0"/>
        <w:ind w:left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(นางสาวอริษา  บุญวัง)</w:t>
      </w:r>
    </w:p>
    <w:p w14:paraId="310CC0EF" w14:textId="5D43A43E" w:rsidR="009537B6" w:rsidRDefault="009537B6" w:rsidP="009537B6">
      <w:pPr>
        <w:spacing w:after="0"/>
        <w:ind w:left="72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นักวิชาการสาธารณสุข</w:t>
      </w:r>
    </w:p>
    <w:p w14:paraId="14C93571" w14:textId="77777777" w:rsidR="009537B6" w:rsidRDefault="009537B6" w:rsidP="006E0A09">
      <w:pPr>
        <w:spacing w:after="0"/>
        <w:ind w:left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21C0FDD5" w14:textId="56E7C75E" w:rsidR="0035272E" w:rsidRDefault="0035272E" w:rsidP="006E0A09">
      <w:pPr>
        <w:spacing w:after="0"/>
        <w:ind w:left="72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(ลงชื่อ)                                 ผู้เสนอโครงการ</w:t>
      </w:r>
    </w:p>
    <w:p w14:paraId="08B23683" w14:textId="085E7D32" w:rsidR="0035272E" w:rsidRDefault="0035272E" w:rsidP="006E0A09">
      <w:pPr>
        <w:spacing w:after="0"/>
        <w:ind w:left="72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(</w:t>
      </w:r>
      <w:r w:rsidR="007B194A">
        <w:rPr>
          <w:rFonts w:ascii="TH SarabunIT๙" w:hAnsi="TH SarabunIT๙" w:cs="TH SarabunIT๙" w:hint="cs"/>
          <w:sz w:val="32"/>
          <w:szCs w:val="32"/>
          <w:cs/>
          <w:lang w:bidi="th-TH"/>
        </w:rPr>
        <w:t>นายวีระพล  วิเศษสังข์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)</w:t>
      </w:r>
    </w:p>
    <w:p w14:paraId="6E4B5258" w14:textId="0EBB8BC1" w:rsidR="0035272E" w:rsidRDefault="0035272E" w:rsidP="006E0A09">
      <w:pPr>
        <w:spacing w:after="0"/>
        <w:ind w:left="72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นักสาธารณสุขชำนาญการ</w:t>
      </w:r>
    </w:p>
    <w:p w14:paraId="7FD5BA84" w14:textId="77777777" w:rsidR="00E86E4B" w:rsidRPr="00E86E4B" w:rsidRDefault="00E86E4B" w:rsidP="006E0A09">
      <w:pPr>
        <w:spacing w:after="0"/>
        <w:ind w:left="720"/>
        <w:jc w:val="center"/>
        <w:rPr>
          <w:rFonts w:ascii="TH SarabunIT๙" w:hAnsi="TH SarabunIT๙" w:cs="TH SarabunIT๙"/>
          <w:sz w:val="20"/>
          <w:szCs w:val="20"/>
          <w:lang w:bidi="th-TH"/>
        </w:rPr>
      </w:pPr>
    </w:p>
    <w:p w14:paraId="37708150" w14:textId="5C3615AB" w:rsidR="0035272E" w:rsidRDefault="0035272E" w:rsidP="006E0A09">
      <w:pPr>
        <w:spacing w:after="0"/>
        <w:ind w:left="72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(ลงชื่อ)                                 ผู้เห็นชอบโครงการ</w:t>
      </w:r>
    </w:p>
    <w:p w14:paraId="4587564F" w14:textId="7DC54977" w:rsidR="0035272E" w:rsidRDefault="0035272E" w:rsidP="006E0A09">
      <w:pPr>
        <w:spacing w:after="0"/>
        <w:ind w:left="72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(</w:t>
      </w:r>
      <w:r w:rsidR="00E86E4B">
        <w:rPr>
          <w:rFonts w:ascii="TH SarabunIT๙" w:hAnsi="TH SarabunIT๙" w:cs="TH SarabunIT๙" w:hint="cs"/>
          <w:sz w:val="32"/>
          <w:szCs w:val="32"/>
          <w:cs/>
          <w:lang w:bidi="th-TH"/>
        </w:rPr>
        <w:t>นางรัตนาภรณ์  พรหมบุตร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)</w:t>
      </w:r>
    </w:p>
    <w:p w14:paraId="7AC41CF9" w14:textId="45615C8E" w:rsidR="0035272E" w:rsidRDefault="00E86E4B" w:rsidP="006E0A09">
      <w:pPr>
        <w:spacing w:after="0"/>
        <w:ind w:left="72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พยาบาลวิชาชีพชำนาญการพิเศษ</w:t>
      </w:r>
    </w:p>
    <w:p w14:paraId="43287E24" w14:textId="77777777" w:rsidR="00E86E4B" w:rsidRPr="00E86E4B" w:rsidRDefault="00E86E4B" w:rsidP="006E0A09">
      <w:pPr>
        <w:spacing w:after="0"/>
        <w:ind w:left="720"/>
        <w:jc w:val="center"/>
        <w:rPr>
          <w:rFonts w:ascii="TH SarabunIT๙" w:hAnsi="TH SarabunIT๙" w:cs="TH SarabunIT๙"/>
          <w:sz w:val="20"/>
          <w:szCs w:val="20"/>
          <w:lang w:bidi="th-TH"/>
        </w:rPr>
      </w:pPr>
    </w:p>
    <w:p w14:paraId="46A804D5" w14:textId="54B627DC" w:rsidR="0035272E" w:rsidRDefault="0035272E" w:rsidP="006E0A09">
      <w:pPr>
        <w:spacing w:after="0"/>
        <w:ind w:left="72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(ลงชื่อ)                                 ผู้อนุมัติโครงการ</w:t>
      </w:r>
    </w:p>
    <w:p w14:paraId="6E3032F0" w14:textId="3480FAB5" w:rsidR="0035272E" w:rsidRDefault="0035272E" w:rsidP="006E0A09">
      <w:pPr>
        <w:spacing w:after="0"/>
        <w:ind w:left="72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(</w:t>
      </w:r>
      <w:r w:rsidR="00E86E4B">
        <w:rPr>
          <w:rFonts w:ascii="TH SarabunIT๙" w:hAnsi="TH SarabunIT๙" w:cs="TH SarabunIT๙" w:hint="cs"/>
          <w:sz w:val="32"/>
          <w:szCs w:val="32"/>
          <w:cs/>
          <w:lang w:bidi="th-TH"/>
        </w:rPr>
        <w:t>นายณรงค์  วราพุฒ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)</w:t>
      </w:r>
    </w:p>
    <w:p w14:paraId="2367D2C6" w14:textId="3C600327" w:rsidR="0035272E" w:rsidRPr="004E2EF9" w:rsidRDefault="0035272E" w:rsidP="006E0A09">
      <w:pPr>
        <w:spacing w:after="0"/>
        <w:ind w:left="72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ผู้อำนวยการโรงพยาบาลส่งเสริมสุขภาพตำบล</w:t>
      </w:r>
      <w:r w:rsidR="00E86E4B"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บ้านขะยูง</w:t>
      </w:r>
    </w:p>
    <w:p w14:paraId="23806474" w14:textId="77777777" w:rsidR="004E2EF9" w:rsidRPr="004E2EF9" w:rsidRDefault="004E2EF9">
      <w:pPr>
        <w:rPr>
          <w:rFonts w:ascii="TH SarabunIT๙" w:hAnsi="TH SarabunIT๙" w:cs="TH SarabunIT๙"/>
          <w:sz w:val="32"/>
          <w:szCs w:val="32"/>
          <w:lang w:bidi="th-TH"/>
        </w:rPr>
      </w:pPr>
    </w:p>
    <w:sectPr w:rsidR="004E2EF9" w:rsidRPr="004E2EF9" w:rsidSect="004370AC">
      <w:pgSz w:w="12240" w:h="15840"/>
      <w:pgMar w:top="1247" w:right="1134" w:bottom="119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4695B0B"/>
    <w:multiLevelType w:val="multilevel"/>
    <w:tmpl w:val="E3525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685245"/>
    <w:multiLevelType w:val="multilevel"/>
    <w:tmpl w:val="D86A1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EF38E0"/>
    <w:multiLevelType w:val="multilevel"/>
    <w:tmpl w:val="6C28A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25769B"/>
    <w:multiLevelType w:val="multilevel"/>
    <w:tmpl w:val="DA4E5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1D40A7"/>
    <w:multiLevelType w:val="multilevel"/>
    <w:tmpl w:val="0D780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600A58"/>
    <w:multiLevelType w:val="multilevel"/>
    <w:tmpl w:val="F9224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9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2A17"/>
    <w:rsid w:val="001165A0"/>
    <w:rsid w:val="00143F5A"/>
    <w:rsid w:val="0015074B"/>
    <w:rsid w:val="001A5BBE"/>
    <w:rsid w:val="00231073"/>
    <w:rsid w:val="0028267C"/>
    <w:rsid w:val="0029639D"/>
    <w:rsid w:val="002E402E"/>
    <w:rsid w:val="00320716"/>
    <w:rsid w:val="00326F90"/>
    <w:rsid w:val="0035272E"/>
    <w:rsid w:val="004370AC"/>
    <w:rsid w:val="004431A3"/>
    <w:rsid w:val="004C1471"/>
    <w:rsid w:val="004E2EF9"/>
    <w:rsid w:val="005D226A"/>
    <w:rsid w:val="0062052E"/>
    <w:rsid w:val="006B15AE"/>
    <w:rsid w:val="006D177C"/>
    <w:rsid w:val="006E0A09"/>
    <w:rsid w:val="0077140C"/>
    <w:rsid w:val="007B194A"/>
    <w:rsid w:val="009537B6"/>
    <w:rsid w:val="009F3615"/>
    <w:rsid w:val="00A108D7"/>
    <w:rsid w:val="00AA1D8D"/>
    <w:rsid w:val="00AE3C7A"/>
    <w:rsid w:val="00B47730"/>
    <w:rsid w:val="00B61D35"/>
    <w:rsid w:val="00C2757A"/>
    <w:rsid w:val="00CB0664"/>
    <w:rsid w:val="00CD2B26"/>
    <w:rsid w:val="00DA1D64"/>
    <w:rsid w:val="00E86E4B"/>
    <w:rsid w:val="00FB3F1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13DDAC"/>
  <w14:defaultImageDpi w14:val="300"/>
  <w15:docId w15:val="{41180AE2-9033-4383-B583-B16911492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ชื่อเรื่อง อักขระ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ชื่อเรื่องรอง อักขระ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เนื้อความ อักขระ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ข้อความแมโคร อักขระ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คำอ้างอิง อักขระ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ทำให้คำอ้างอิงเป็นสีเข้มขึ้น อักขระ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705</Words>
  <Characters>4019</Characters>
  <Application>Microsoft Office Word</Application>
  <DocSecurity>0</DocSecurity>
  <Lines>33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4715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จิราภรณ์ บุญมาก</cp:lastModifiedBy>
  <cp:revision>2</cp:revision>
  <cp:lastPrinted>2026-03-03T09:01:00Z</cp:lastPrinted>
  <dcterms:created xsi:type="dcterms:W3CDTF">2026-04-21T08:41:00Z</dcterms:created>
  <dcterms:modified xsi:type="dcterms:W3CDTF">2026-04-21T08:41:00Z</dcterms:modified>
  <cp:category/>
</cp:coreProperties>
</file>